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r>
        <w:rPr>
          <w:i/>
          <w:color w:val="666666"/>
          <w:sz w:val="18"/>
        </w:rPr>
        <w:t>TEMPLATE — Replace all text in [BRACKETS] with your own details before submitting.</w:t>
      </w:r>
    </w:p>
    <w:p/>
    <w:p>
      <w:r>
        <w:t>[DATE]</w:t>
      </w:r>
    </w:p>
    <w:p>
      <w:r>
        <w:t>To:</w:t>
      </w:r>
    </w:p>
    <w:p>
      <w:r>
        <w:t>The Visa Officer</w:t>
      </w:r>
    </w:p>
    <w:p>
      <w:r>
        <w:t>Embassy of the People's Republic of China</w:t>
      </w:r>
    </w:p>
    <w:p>
      <w:r>
        <w:t>[YOUR EMBASSY CITY, COUNTRY]</w:t>
      </w:r>
    </w:p>
    <w:p/>
    <w:p>
      <w:r>
        <w:rPr>
          <w:b/>
        </w:rPr>
        <w:t xml:space="preserve">Subject: </w:t>
      </w:r>
      <w:r>
        <w:t>Sponsorship Letter – Chinese Tourist Visa (L) Application for Mrs. [APPLICANT FULL NAME] (Wife)</w:t>
      </w:r>
    </w:p>
    <w:p>
      <w:r>
        <w:t>Dear Sir/Madam,</w:t>
      </w:r>
    </w:p>
    <w:p/>
    <w:p>
      <w:r>
        <w:t>I, [SPONSOR FULL NAME], holder of Passport No. [SPONSOR PASSPORT NUMBER], employed as [SPONSOR JOB TITLE] at [EMPLOYER NAME] ([COMPANY WEBSITE]), [YOUR CITY], [HOME COUNTRY], hereby declare that I am fully sponsoring the China trip of my wife, Mrs. [APPLICANT FULL NAME], holder of Passport No. [APPLICANT PASSPORT NUMBER].</w:t>
      </w:r>
    </w:p>
    <w:p>
      <w:r>
        <w:t>I confirm that I have the financial capacity to bear all expenses related to my wife's travel to China, including:</w:t>
      </w:r>
    </w:p>
    <w:p>
      <w:pPr>
        <w:pStyle w:val="ListBullet"/>
      </w:pPr>
      <w:r>
        <w:t>International and domestic airfare</w:t>
      </w:r>
    </w:p>
    <w:p>
      <w:pPr>
        <w:pStyle w:val="ListBullet"/>
      </w:pPr>
      <w:r>
        <w:t>Hotel accommodation for the entire trip ([HOTEL CHECK-IN DATE] to [HOTEL CHECK-OUT DATE])</w:t>
      </w:r>
    </w:p>
    <w:p>
      <w:pPr>
        <w:pStyle w:val="ListBullet"/>
      </w:pPr>
      <w:r>
        <w:t>Daily living expenses, local transportation, sightseeing, meals, and all other incidental costs during the stay in China</w:t>
      </w:r>
    </w:p>
    <w:p>
      <w:r>
        <w:t>Our outbound journey from [DEPARTURE CITY] to [FIRST CHINA CITY] is on [AIRLINE] [FLIGHT NUMBER] ([DEPARTURE CITY] to [TRANSIT CITY], [OUTBOUND DATE]) connecting to [FLIGHT NUMBER] ([TRANSIT CITY] to [FIRST CHINA CITY], [ARRIVAL DATE]). The return journey from [LAST CHINA CITY] to [DEPARTURE CITY] is on [AIRLINE] [FLIGHT NUMBER] ([LAST CHINA CITY] to [TRANSIT CITY], [RETURN DATE]) connecting to [FLIGHT NUMBER] ([TRANSIT CITY] to [DEPARTURE CITY], [RETURN DATE]). All flights and hotel reservations are confirmed and enclosed herewith.</w:t>
      </w:r>
    </w:p>
    <w:p>
      <w:r>
        <w:t>We are a well-travelled family with an extensive international travel history, including visits to [COUNTRY 1], [COUNTRY 2], [COUNTRY 3], [COUNTRY 4], and several other countries. We have always complied with visa conditions and returned to [HOME COUNTRY] within the permitted period in every country we have visited.</w:t>
      </w:r>
    </w:p>
    <w:p>
      <w:r>
        <w:t>I take full responsibility for ensuring that my wife complies with all laws and regulations of the People's Republic of China during her stay and that she returns to [HOME COUNTRY] before the expiry of her visa.</w:t>
      </w:r>
    </w:p>
    <w:p>
      <w:r>
        <w:t>Please find the following supporting documents enclosed:</w:t>
      </w:r>
    </w:p>
    <w:p>
      <w:pPr>
        <w:pStyle w:val="ListBullet"/>
      </w:pPr>
      <w:r>
        <w:t>Copy of Sponsor's Passport – [SPONSOR FULL NAME] ([SPONSOR PASSPORT NUMBER])</w:t>
      </w:r>
    </w:p>
    <w:p>
      <w:pPr>
        <w:pStyle w:val="ListBullet"/>
      </w:pPr>
      <w:r>
        <w:t>Copy of Applicant's Passport – [APPLICANT FULL NAME] ([APPLICANT PASSPORT NUMBER])</w:t>
      </w:r>
    </w:p>
    <w:p>
      <w:pPr>
        <w:pStyle w:val="ListBullet"/>
      </w:pPr>
      <w:r>
        <w:t>Recent Pay Slips (last 2 months)</w:t>
      </w:r>
    </w:p>
    <w:p>
      <w:pPr>
        <w:pStyle w:val="ListBullet"/>
      </w:pPr>
      <w:r>
        <w:t>Income Tax Return Acknowledgements – ITR-V (last 3 years)</w:t>
      </w:r>
    </w:p>
    <w:p>
      <w:pPr>
        <w:pStyle w:val="ListBullet"/>
      </w:pPr>
      <w:r>
        <w:t>Marriage Certificate (proof of relationship between sponsor and applicant)</w:t>
      </w:r>
    </w:p>
    <w:p>
      <w:pPr>
        <w:pStyle w:val="ListBullet"/>
      </w:pPr>
      <w:r>
        <w:t>Round-trip air tickets</w:t>
      </w:r>
    </w:p>
    <w:p>
      <w:pPr>
        <w:pStyle w:val="ListBullet"/>
      </w:pPr>
      <w:r>
        <w:t>Hotel reservation confirmations</w:t>
      </w:r>
    </w:p>
    <w:p>
      <w:r>
        <w:t>I humbly request the Embassy to kindly grant the Chinese Tourist Visa to my wife, Mrs. [APPLICANT FULL NAME]. Thank you for your time and consideration.</w:t>
      </w:r>
    </w:p>
    <w:p/>
    <w:p>
      <w:r>
        <w:t>Yours sincerely,</w:t>
      </w:r>
    </w:p>
    <w:p/>
    <w:p>
      <w:r>
        <w:t>(Signature)</w:t>
      </w:r>
    </w:p>
    <w:p>
      <w:r>
        <w:t>[SPONSOR FULL NAME]</w:t>
      </w:r>
    </w:p>
    <w:p>
      <w:r>
        <w:t>(Sponsor – Husband of [APPLICANT FULL NAME])</w:t>
      </w:r>
    </w:p>
    <w:p>
      <w:r>
        <w:t>Passport No.: [SPONSOR PASSPORT NUMBER]</w:t>
      </w:r>
    </w:p>
    <w:p>
      <w:r>
        <w:t>PAN No.: [SPONSOR PAN / TAX ID NUMBER]</w:t>
      </w:r>
    </w:p>
    <w:p>
      <w:r>
        <w:t>Phone: [SPONSOR PHONE NUMBER]</w:t>
      </w:r>
    </w:p>
    <w:p>
      <w:r>
        <w:t>Email: [SPONSOR EMAIL ADDRESS]</w:t>
      </w:r>
    </w:p>
    <w:p>
      <w:r>
        <w:t>Address: [SPONSOR FULL RESIDENTIAL ADDRESS]</w:t>
      </w:r>
    </w:p>
    <w:p>
      <w:r>
        <w:t>Date: [DATE]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eastAsia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