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666666"/>
          <w:sz w:val="18"/>
        </w:rPr>
        <w:t>TEMPLATE — Replace all text in [BRACKETS] with your own details before submitting.</w:t>
      </w:r>
    </w:p>
    <w:p/>
    <w:p>
      <w:r>
        <w:t>[YOUR FULL NAME]</w:t>
      </w:r>
    </w:p>
    <w:p>
      <w:r>
        <w:t>[YOUR ADDRESS LINE 1]</w:t>
        <w:br/>
        <w:t>[YOUR CITY, STATE, PIN CODE]</w:t>
        <w:br/>
        <w:t>Phone: [YOUR PHONE NUMBER]</w:t>
        <w:br/>
        <w:t>E-Mail: [YOUR EMAIL ADDRESS]</w:t>
      </w:r>
    </w:p>
    <w:p>
      <w:r>
        <w:t>[DATE]</w:t>
      </w:r>
    </w:p>
    <w:p>
      <w:r>
        <w:t>To:</w:t>
      </w:r>
    </w:p>
    <w:p>
      <w:r>
        <w:t>The Visa Officer</w:t>
      </w:r>
    </w:p>
    <w:p>
      <w:r>
        <w:t>Embassy of the People's Republic of China</w:t>
      </w:r>
    </w:p>
    <w:p>
      <w:r>
        <w:t>[YOUR EMBASSY CITY, COUNTRY]</w:t>
      </w:r>
    </w:p>
    <w:p/>
    <w:p>
      <w:r>
        <w:rPr>
          <w:b/>
        </w:rPr>
        <w:t xml:space="preserve">Subject: </w:t>
      </w:r>
      <w:r>
        <w:t>Cover Letter for Tourist Visa (L) Application – [YOUR FULL NAME]</w:t>
      </w:r>
    </w:p>
    <w:p>
      <w:r>
        <w:t>Dear Sir/Madam,</w:t>
      </w:r>
    </w:p>
    <w:p/>
    <w:p>
      <w:r>
        <w:t>I am writing to formally apply for a Chinese Tourist Visa (L) to explore the country's rich culture, historical landmarks, and tourism offerings. I, [YOUR FULL NAME], holding passport number [YOUR PASSPORT NUMBER], intend to travel with my wife, Mrs. [SPOUSE FULL NAME], holding passport number [SPOUSE PASSPORT NUMBER], and our daughter, Ms. [CHILD FULL NAME], holding passport number [CHILD PASSPORT NUMBER]. Our primary purpose of travel is to experience China's vibrant traditions, historical sites, and modern attractions.</w:t>
      </w:r>
    </w:p>
    <w:p>
      <w:r>
        <w:t>Our planned dates of travel are from [TRAVEL START DATE] to [TRAVEL END DATE].</w:t>
      </w:r>
    </w:p>
    <w:p>
      <w:r>
        <w:t>I am currently employed as [YOUR JOB TITLE] at [EMPLOYER NAME] ([COMPANY WEBSITE]), [YOUR CITY], and have been with the company for [NUMBER] years. I have strong ties to my home country, including family, property ownership, and professional commitments. I will be fully self-funding this family trip, and my recent pay slips and Income Tax Return Acknowledgements (ITR-V) are enclosed as proof of financial standing.</w:t>
      </w:r>
    </w:p>
    <w:p>
      <w:r>
        <w:t>As a family, we have extensive international travel experience, including recent trips to [COUNTRY 1], [COUNTRY 2], [COUNTRY 3], and [COUNTRY 4], and prior visits to [COUNTRY 5], [COUNTRY 6], and several other countries. We have always honoured visa conditions and returned to [HOME COUNTRY] on schedule in every country visited.</w:t>
      </w:r>
    </w:p>
    <w:p>
      <w:r>
        <w:t>I will be covering all travel expenses for myself and my family, including flight tickets, accommodation, transportation, and daily expenses. We have already made our flight and hotel bookings. To travel within China, we plan to use domestic transportation such as high-speed rail and local transit, ensuring a smooth and well-planned itinerary.</w:t>
      </w:r>
    </w:p>
    <w:p>
      <w:r>
        <w:t>Please find attached a detailed itinerary of our trip for your reference.</w:t>
      </w:r>
    </w:p>
    <w:p>
      <w:r>
        <w:t>We are committed to respecting the laws and regulations of China and ensuring that our visit contributes positively to the local community. I kindly request you to consider our application favourably and grant us the Chinese Tourist Visas for the mentioned period.</w:t>
      </w:r>
    </w:p>
    <w:p>
      <w:r>
        <w:t>Should you require any further information or documents, please feel free to contact me.</w:t>
      </w:r>
    </w:p>
    <w:p/>
    <w:p>
      <w:r>
        <w:t>Thanks and Regards,</w:t>
      </w:r>
    </w:p>
    <w:p/>
    <w:p>
      <w:r>
        <w:t>(Signature)</w:t>
      </w:r>
    </w:p>
    <w:p>
      <w:r>
        <w:t>[YOUR FULL NAME]</w:t>
      </w:r>
    </w:p>
    <w:p>
      <w:r>
        <w:t>Mobile No: [YOUR PHONE NUMBER]</w:t>
      </w:r>
    </w:p>
    <w:p>
      <w:r>
        <w:t>Email: [YOUR EMAIL ADDRESS]</w:t>
      </w:r>
    </w:p>
    <w:p>
      <w:r>
        <w:t>Date: [DATE]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