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666666"/>
          <w:sz w:val="18"/>
        </w:rPr>
        <w:t>TEMPLATE — Replace all text in [BRACKETS] with your own details before submitting.</w:t>
      </w:r>
    </w:p>
    <w:p/>
    <w:p>
      <w:pPr>
        <w:jc w:val="center"/>
      </w:pPr>
      <w:r>
        <w:rPr>
          <w:b/>
          <w:sz w:val="32"/>
        </w:rPr>
        <w:t>CHINA TRIP ITINERARY</w:t>
      </w:r>
    </w:p>
    <w:p>
      <w:pPr>
        <w:jc w:val="center"/>
      </w:pPr>
      <w:r>
        <w:t>[FAMILY / GROUP NAME] | [TRAVEL START DATE] – [TRAVEL END DATE]</w:t>
      </w:r>
    </w:p>
    <w:p>
      <w:pPr>
        <w:jc w:val="center"/>
      </w:pPr>
      <w:r>
        <w:t>[HOME CITY] → [CITY 1] → [CITY 2] → [CITY 3] → [CITY 4] → [HOME CITY]</w:t>
      </w:r>
    </w:p>
    <w:p>
      <w:r>
        <w:rPr>
          <w:b/>
          <w:sz w:val="28"/>
        </w:rPr>
        <w:t>FLIGHTS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DIRECTION</w:t>
            </w:r>
          </w:p>
        </w:tc>
        <w:tc>
          <w:tcPr>
            <w:tcW w:type="dxa" w:w="1440"/>
          </w:tcPr>
          <w:p>
            <w:r>
              <w:rPr>
                <w:b/>
              </w:rPr>
              <w:t>FLIGHT</w:t>
            </w:r>
          </w:p>
        </w:tc>
        <w:tc>
          <w:tcPr>
            <w:tcW w:type="dxa" w:w="1440"/>
          </w:tcPr>
          <w:p>
            <w:r>
              <w:rPr>
                <w:b/>
              </w:rPr>
              <w:t>ROUTE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1440"/>
          </w:tcPr>
          <w:p>
            <w:r>
              <w:rPr>
                <w:b/>
              </w:rPr>
              <w:t>DEPARTS</w:t>
            </w:r>
          </w:p>
        </w:tc>
        <w:tc>
          <w:tcPr>
            <w:tcW w:type="dxa" w:w="1440"/>
          </w:tcPr>
          <w:p>
            <w:r>
              <w:rPr>
                <w:b/>
              </w:rPr>
              <w:t>ARRIVES</w:t>
            </w:r>
          </w:p>
        </w:tc>
      </w:tr>
      <w:tr>
        <w:tc>
          <w:tcPr>
            <w:tcW w:type="dxa" w:w="1440"/>
          </w:tcPr>
          <w:p>
            <w:r>
              <w:t>Outbound</w:t>
            </w:r>
          </w:p>
        </w:tc>
        <w:tc>
          <w:tcPr>
            <w:tcW w:type="dxa" w:w="1440"/>
          </w:tcPr>
          <w:p>
            <w:r>
              <w:t>[FLIGHT NO.]</w:t>
            </w:r>
          </w:p>
        </w:tc>
        <w:tc>
          <w:tcPr>
            <w:tcW w:type="dxa" w:w="1440"/>
          </w:tcPr>
          <w:p>
            <w:r>
              <w:t>[HOME CITY] → [TRANSIT CITY]</w:t>
            </w:r>
          </w:p>
        </w:tc>
        <w:tc>
          <w:tcPr>
            <w:tcW w:type="dxa" w:w="1440"/>
          </w:tcPr>
          <w:p>
            <w:r>
              <w:t>[DATE]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[FLIGHT NO.]</w:t>
            </w:r>
          </w:p>
        </w:tc>
        <w:tc>
          <w:tcPr>
            <w:tcW w:type="dxa" w:w="1440"/>
          </w:tcPr>
          <w:p>
            <w:r>
              <w:t>[TRANSIT CITY] → [FIRST CHINA CITY]</w:t>
            </w:r>
          </w:p>
        </w:tc>
        <w:tc>
          <w:tcPr>
            <w:tcW w:type="dxa" w:w="1440"/>
          </w:tcPr>
          <w:p>
            <w:r>
              <w:t>[DATE]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</w:tr>
      <w:tr>
        <w:tc>
          <w:tcPr>
            <w:tcW w:type="dxa" w:w="1440"/>
          </w:tcPr>
          <w:p>
            <w:r>
              <w:t>Return</w:t>
            </w:r>
          </w:p>
        </w:tc>
        <w:tc>
          <w:tcPr>
            <w:tcW w:type="dxa" w:w="1440"/>
          </w:tcPr>
          <w:p>
            <w:r>
              <w:t>[FLIGHT NO.]</w:t>
            </w:r>
          </w:p>
        </w:tc>
        <w:tc>
          <w:tcPr>
            <w:tcW w:type="dxa" w:w="1440"/>
          </w:tcPr>
          <w:p>
            <w:r>
              <w:t>[LAST CHINA CITY] → [TRANSIT CITY]</w:t>
            </w:r>
          </w:p>
        </w:tc>
        <w:tc>
          <w:tcPr>
            <w:tcW w:type="dxa" w:w="1440"/>
          </w:tcPr>
          <w:p>
            <w:r>
              <w:t>[DATE]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[FLIGHT NO.]</w:t>
            </w:r>
          </w:p>
        </w:tc>
        <w:tc>
          <w:tcPr>
            <w:tcW w:type="dxa" w:w="1440"/>
          </w:tcPr>
          <w:p>
            <w:r>
              <w:t>[TRANSIT CITY] → [HOME CITY]</w:t>
            </w:r>
          </w:p>
        </w:tc>
        <w:tc>
          <w:tcPr>
            <w:tcW w:type="dxa" w:w="1440"/>
          </w:tcPr>
          <w:p>
            <w:r>
              <w:t>[DATE]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  <w:tc>
          <w:tcPr>
            <w:tcW w:type="dxa" w:w="1440"/>
          </w:tcPr>
          <w:p>
            <w:r>
              <w:t>[TIME]</w:t>
            </w:r>
          </w:p>
        </w:tc>
      </w:tr>
    </w:tbl>
    <w:p/>
    <w:p>
      <w:r>
        <w:rPr>
          <w:b/>
          <w:sz w:val="28"/>
        </w:rPr>
        <w:t>HOTELS &amp; ACCOMMODATION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DATES</w:t>
            </w:r>
          </w:p>
        </w:tc>
        <w:tc>
          <w:tcPr>
            <w:tcW w:type="dxa" w:w="2160"/>
          </w:tcPr>
          <w:p>
            <w:r>
              <w:rPr>
                <w:b/>
              </w:rPr>
              <w:t>HOTEL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CITY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NIGHTS</w:t>
            </w:r>
          </w:p>
        </w:tc>
      </w:tr>
      <w:tr>
        <w:tc>
          <w:tcPr>
            <w:tcW w:type="dxa" w:w="2160"/>
          </w:tcPr>
          <w:p>
            <w:r>
              <w:t>[DATE RANGE 1]</w:t>
            </w:r>
          </w:p>
        </w:tc>
        <w:tc>
          <w:tcPr>
            <w:tcW w:type="dxa" w:w="2160"/>
          </w:tcPr>
          <w:p>
            <w:r>
              <w:t>[HOTEL NAME 1]</w:t>
            </w:r>
          </w:p>
        </w:tc>
        <w:tc>
          <w:tcPr>
            <w:tcW w:type="dxa" w:w="2160"/>
          </w:tcPr>
          <w:p>
            <w:r>
              <w:t>[CITY 1]</w:t>
            </w:r>
          </w:p>
        </w:tc>
        <w:tc>
          <w:tcPr>
            <w:tcW w:type="dxa" w:w="2160"/>
          </w:tcPr>
          <w:p>
            <w:r>
              <w:t>[#]</w:t>
            </w:r>
          </w:p>
        </w:tc>
      </w:tr>
      <w:tr>
        <w:tc>
          <w:tcPr>
            <w:tcW w:type="dxa" w:w="2160"/>
          </w:tcPr>
          <w:p>
            <w:r>
              <w:t>[DATE RANGE 2]</w:t>
            </w:r>
          </w:p>
        </w:tc>
        <w:tc>
          <w:tcPr>
            <w:tcW w:type="dxa" w:w="2160"/>
          </w:tcPr>
          <w:p>
            <w:r>
              <w:t>[HOTEL NAME 2]</w:t>
            </w:r>
          </w:p>
        </w:tc>
        <w:tc>
          <w:tcPr>
            <w:tcW w:type="dxa" w:w="2160"/>
          </w:tcPr>
          <w:p>
            <w:r>
              <w:t>[CITY 2]</w:t>
            </w:r>
          </w:p>
        </w:tc>
        <w:tc>
          <w:tcPr>
            <w:tcW w:type="dxa" w:w="2160"/>
          </w:tcPr>
          <w:p>
            <w:r>
              <w:t>[#]</w:t>
            </w:r>
          </w:p>
        </w:tc>
      </w:tr>
      <w:tr>
        <w:tc>
          <w:tcPr>
            <w:tcW w:type="dxa" w:w="2160"/>
          </w:tcPr>
          <w:p>
            <w:r>
              <w:t>[DATE RANGE 3]</w:t>
            </w:r>
          </w:p>
        </w:tc>
        <w:tc>
          <w:tcPr>
            <w:tcW w:type="dxa" w:w="2160"/>
          </w:tcPr>
          <w:p>
            <w:r>
              <w:t>[HOTEL NAME 3]</w:t>
            </w:r>
          </w:p>
        </w:tc>
        <w:tc>
          <w:tcPr>
            <w:tcW w:type="dxa" w:w="2160"/>
          </w:tcPr>
          <w:p>
            <w:r>
              <w:t>[CITY 3]</w:t>
            </w:r>
          </w:p>
        </w:tc>
        <w:tc>
          <w:tcPr>
            <w:tcW w:type="dxa" w:w="2160"/>
          </w:tcPr>
          <w:p>
            <w:r>
              <w:t>[#]</w:t>
            </w:r>
          </w:p>
        </w:tc>
      </w:tr>
      <w:tr>
        <w:tc>
          <w:tcPr>
            <w:tcW w:type="dxa" w:w="2160"/>
          </w:tcPr>
          <w:p>
            <w:r>
              <w:t>[DATE RANGE 4]</w:t>
            </w:r>
          </w:p>
        </w:tc>
        <w:tc>
          <w:tcPr>
            <w:tcW w:type="dxa" w:w="2160"/>
          </w:tcPr>
          <w:p>
            <w:r>
              <w:t>[HOTEL NAME 4]</w:t>
            </w:r>
          </w:p>
        </w:tc>
        <w:tc>
          <w:tcPr>
            <w:tcW w:type="dxa" w:w="2160"/>
          </w:tcPr>
          <w:p>
            <w:r>
              <w:t>[CITY 4]</w:t>
            </w:r>
          </w:p>
        </w:tc>
        <w:tc>
          <w:tcPr>
            <w:tcW w:type="dxa" w:w="2160"/>
          </w:tcPr>
          <w:p>
            <w:r>
              <w:t>[#]</w:t>
            </w:r>
          </w:p>
        </w:tc>
      </w:tr>
    </w:tbl>
    <w:p/>
    <w:p>
      <w:r>
        <w:rPr>
          <w:b/>
          <w:sz w:val="28"/>
        </w:rPr>
        <w:t>TRAVELLERS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#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PASSPORT NO.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Mr. [TRAVELLER 1 FULL NAME]</w:t>
            </w:r>
          </w:p>
        </w:tc>
        <w:tc>
          <w:tcPr>
            <w:tcW w:type="dxa" w:w="2880"/>
          </w:tcPr>
          <w:p>
            <w:r>
              <w:t>[PASSPORT NO.]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Mrs. [TRAVELLER 2 FULL NAME]</w:t>
            </w:r>
          </w:p>
        </w:tc>
        <w:tc>
          <w:tcPr>
            <w:tcW w:type="dxa" w:w="2880"/>
          </w:tcPr>
          <w:p>
            <w:r>
              <w:t>[PASSPORT NO.]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Ms. [TRAVELLER 3 FULL NAME] (Minor)</w:t>
            </w:r>
          </w:p>
        </w:tc>
        <w:tc>
          <w:tcPr>
            <w:tcW w:type="dxa" w:w="2880"/>
          </w:tcPr>
          <w:p>
            <w:r>
              <w:t>[PASSPORT NO.]</w:t>
            </w:r>
          </w:p>
        </w:tc>
      </w:tr>
    </w:tbl>
    <w:p/>
    <w:p>
      <w:r>
        <w:rPr>
          <w:b/>
          <w:sz w:val="28"/>
        </w:rPr>
        <w:t>DAY-BY-DAY ITINERARY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DAY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CITY</w:t>
            </w:r>
          </w:p>
        </w:tc>
        <w:tc>
          <w:tcPr>
            <w:tcW w:type="dxa" w:w="2160"/>
          </w:tcPr>
          <w:p>
            <w:r>
              <w:rPr>
                <w:b/>
              </w:rPr>
              <w:t>ACTIVITIES / DETAILS</w:t>
            </w:r>
          </w:p>
        </w:tc>
      </w:tr>
      <w:tr>
        <w:tc>
          <w:tcPr>
            <w:tcW w:type="dxa" w:w="2160"/>
          </w:tcPr>
          <w:p>
            <w:r>
              <w:t>[DATE 1]</w:t>
            </w:r>
          </w:p>
        </w:tc>
        <w:tc>
          <w:tcPr>
            <w:tcW w:type="dxa" w:w="2160"/>
          </w:tcPr>
          <w:p>
            <w:r>
              <w:t>Day 1</w:t>
            </w:r>
          </w:p>
        </w:tc>
        <w:tc>
          <w:tcPr>
            <w:tcW w:type="dxa" w:w="2160"/>
          </w:tcPr>
          <w:p>
            <w:r>
              <w:t>[CITY]</w:t>
            </w:r>
          </w:p>
        </w:tc>
        <w:tc>
          <w:tcPr>
            <w:tcW w:type="dxa" w:w="2160"/>
          </w:tcPr>
          <w:p>
            <w:r>
              <w:t>Depart [HOME CITY] on [AIRLINE] [FLIGHT NO.] to [TRANSIT CITY]. Connect to [FLIGHT NO.] to [FIRST CHINA CITY].</w:t>
            </w:r>
          </w:p>
        </w:tc>
      </w:tr>
      <w:tr>
        <w:tc>
          <w:tcPr>
            <w:tcW w:type="dxa" w:w="2160"/>
          </w:tcPr>
          <w:p>
            <w:r>
              <w:t>[DATE 2]</w:t>
            </w:r>
          </w:p>
        </w:tc>
        <w:tc>
          <w:tcPr>
            <w:tcW w:type="dxa" w:w="2160"/>
          </w:tcPr>
          <w:p>
            <w:r>
              <w:t>Day 2</w:t>
            </w:r>
          </w:p>
        </w:tc>
        <w:tc>
          <w:tcPr>
            <w:tcW w:type="dxa" w:w="2160"/>
          </w:tcPr>
          <w:p>
            <w:r>
              <w:t>[CITY 1]</w:t>
            </w:r>
          </w:p>
        </w:tc>
        <w:tc>
          <w:tcPr>
            <w:tcW w:type="dxa" w:w="2160"/>
          </w:tcPr>
          <w:p>
            <w:r>
              <w:t>Arrive [AIRPORT NAME]. Immigration and customs clearance. Transfer to [HOTEL NAME]. Check in. Evening stroll along [LANDMARK / AREA].</w:t>
            </w:r>
          </w:p>
        </w:tc>
      </w:tr>
      <w:tr>
        <w:tc>
          <w:tcPr>
            <w:tcW w:type="dxa" w:w="2160"/>
          </w:tcPr>
          <w:p>
            <w:r>
              <w:t>[DATE 3]</w:t>
            </w:r>
          </w:p>
        </w:tc>
        <w:tc>
          <w:tcPr>
            <w:tcW w:type="dxa" w:w="2160"/>
          </w:tcPr>
          <w:p>
            <w:r>
              <w:t>Day 3</w:t>
            </w:r>
          </w:p>
        </w:tc>
        <w:tc>
          <w:tcPr>
            <w:tcW w:type="dxa" w:w="2160"/>
          </w:tcPr>
          <w:p>
            <w:r>
              <w:t>[CITY 1]</w:t>
            </w:r>
          </w:p>
        </w:tc>
        <w:tc>
          <w:tcPr>
            <w:tcW w:type="dxa" w:w="2160"/>
          </w:tcPr>
          <w:p>
            <w:r>
              <w:t>Morning: [ATTRACTION 1]. Afternoon: [ATTRACTION 2]. Evening: [ACTIVITY].</w:t>
            </w:r>
          </w:p>
        </w:tc>
      </w:tr>
      <w:tr>
        <w:tc>
          <w:tcPr>
            <w:tcW w:type="dxa" w:w="2160"/>
          </w:tcPr>
          <w:p>
            <w:r>
              <w:t>[DATE 4]</w:t>
            </w:r>
          </w:p>
        </w:tc>
        <w:tc>
          <w:tcPr>
            <w:tcW w:type="dxa" w:w="2160"/>
          </w:tcPr>
          <w:p>
            <w:r>
              <w:t>Day 4</w:t>
            </w:r>
          </w:p>
        </w:tc>
        <w:tc>
          <w:tcPr>
            <w:tcW w:type="dxa" w:w="2160"/>
          </w:tcPr>
          <w:p>
            <w:r>
              <w:t>[CITY 1]</w:t>
            </w:r>
          </w:p>
        </w:tc>
        <w:tc>
          <w:tcPr>
            <w:tcW w:type="dxa" w:w="2160"/>
          </w:tcPr>
          <w:p>
            <w:r>
              <w:t>Morning: [ATTRACTION 1]. Afternoon: [ATTRACTION 2]. Evening: [ACTIVITY].</w:t>
            </w:r>
          </w:p>
        </w:tc>
      </w:tr>
      <w:tr>
        <w:tc>
          <w:tcPr>
            <w:tcW w:type="dxa" w:w="2160"/>
          </w:tcPr>
          <w:p>
            <w:r>
              <w:t>[DATE 5]</w:t>
            </w:r>
          </w:p>
        </w:tc>
        <w:tc>
          <w:tcPr>
            <w:tcW w:type="dxa" w:w="2160"/>
          </w:tcPr>
          <w:p>
            <w:r>
              <w:t>Day 5</w:t>
            </w:r>
          </w:p>
        </w:tc>
        <w:tc>
          <w:tcPr>
            <w:tcW w:type="dxa" w:w="2160"/>
          </w:tcPr>
          <w:p>
            <w:r>
              <w:t>[CITY 1]</w:t>
            </w:r>
          </w:p>
        </w:tc>
        <w:tc>
          <w:tcPr>
            <w:tcW w:type="dxa" w:w="2160"/>
          </w:tcPr>
          <w:p>
            <w:r>
              <w:t>Morning: [ATTRACTION 1]. Afternoon: [ATTRACTION 2]. Evening: farewell dinner in [CITY 1].</w:t>
            </w:r>
          </w:p>
        </w:tc>
      </w:tr>
      <w:tr>
        <w:tc>
          <w:tcPr>
            <w:tcW w:type="dxa" w:w="2160"/>
          </w:tcPr>
          <w:p>
            <w:r>
              <w:t>[DATE 6]</w:t>
            </w:r>
          </w:p>
        </w:tc>
        <w:tc>
          <w:tcPr>
            <w:tcW w:type="dxa" w:w="2160"/>
          </w:tcPr>
          <w:p>
            <w:r>
              <w:t>Day 6</w:t>
            </w:r>
          </w:p>
        </w:tc>
        <w:tc>
          <w:tcPr>
            <w:tcW w:type="dxa" w:w="2160"/>
          </w:tcPr>
          <w:p>
            <w:r>
              <w:t>[CITY 1] → [CITY 2]</w:t>
            </w:r>
          </w:p>
        </w:tc>
        <w:tc>
          <w:tcPr>
            <w:tcW w:type="dxa" w:w="2160"/>
          </w:tcPr>
          <w:p>
            <w:r>
              <w:t>Morning: Check out of [HOTEL NAME]. Travel to [CITY 2] by flight or high-speed rail. Check in at [HOTEL NAME]. Evening: [LOCAL AREA].</w:t>
            </w:r>
          </w:p>
        </w:tc>
      </w:tr>
      <w:tr>
        <w:tc>
          <w:tcPr>
            <w:tcW w:type="dxa" w:w="2160"/>
          </w:tcPr>
          <w:p>
            <w:r>
              <w:t>[DATE 7]</w:t>
            </w:r>
          </w:p>
        </w:tc>
        <w:tc>
          <w:tcPr>
            <w:tcW w:type="dxa" w:w="2160"/>
          </w:tcPr>
          <w:p>
            <w:r>
              <w:t>Day 7</w:t>
            </w:r>
          </w:p>
        </w:tc>
        <w:tc>
          <w:tcPr>
            <w:tcW w:type="dxa" w:w="2160"/>
          </w:tcPr>
          <w:p>
            <w:r>
              <w:t>[CITY 2]</w:t>
            </w:r>
          </w:p>
        </w:tc>
        <w:tc>
          <w:tcPr>
            <w:tcW w:type="dxa" w:w="2160"/>
          </w:tcPr>
          <w:p>
            <w:r>
              <w:t>Morning: [ATTRACTION 1]. Afternoon: [ATTRACTION 2]. Evening: [LOCAL DINING EXPERIENCE].</w:t>
            </w:r>
          </w:p>
        </w:tc>
      </w:tr>
      <w:tr>
        <w:tc>
          <w:tcPr>
            <w:tcW w:type="dxa" w:w="2160"/>
          </w:tcPr>
          <w:p>
            <w:r>
              <w:t>[DATE 8]</w:t>
            </w:r>
          </w:p>
        </w:tc>
        <w:tc>
          <w:tcPr>
            <w:tcW w:type="dxa" w:w="2160"/>
          </w:tcPr>
          <w:p>
            <w:r>
              <w:t>Day 8</w:t>
            </w:r>
          </w:p>
        </w:tc>
        <w:tc>
          <w:tcPr>
            <w:tcW w:type="dxa" w:w="2160"/>
          </w:tcPr>
          <w:p>
            <w:r>
              <w:t>[CITY 2]</w:t>
            </w:r>
          </w:p>
        </w:tc>
        <w:tc>
          <w:tcPr>
            <w:tcW w:type="dxa" w:w="2160"/>
          </w:tcPr>
          <w:p>
            <w:r>
              <w:t>Day trip to [ATTRACTION / UNESCO SITE]. Return to hotel in evening.</w:t>
            </w:r>
          </w:p>
        </w:tc>
      </w:tr>
      <w:tr>
        <w:tc>
          <w:tcPr>
            <w:tcW w:type="dxa" w:w="2160"/>
          </w:tcPr>
          <w:p>
            <w:r>
              <w:t>[DATE 9]</w:t>
            </w:r>
          </w:p>
        </w:tc>
        <w:tc>
          <w:tcPr>
            <w:tcW w:type="dxa" w:w="2160"/>
          </w:tcPr>
          <w:p>
            <w:r>
              <w:t>Day 9</w:t>
            </w:r>
          </w:p>
        </w:tc>
        <w:tc>
          <w:tcPr>
            <w:tcW w:type="dxa" w:w="2160"/>
          </w:tcPr>
          <w:p>
            <w:r>
              <w:t>[CITY 2] → [CITY 3]</w:t>
            </w:r>
          </w:p>
        </w:tc>
        <w:tc>
          <w:tcPr>
            <w:tcW w:type="dxa" w:w="2160"/>
          </w:tcPr>
          <w:p>
            <w:r>
              <w:t>Morning: Check out. Fly to [CITY 3]. Check in at [HOTEL NAME]. Evening: [ACTIVITY].</w:t>
            </w:r>
          </w:p>
        </w:tc>
      </w:tr>
      <w:tr>
        <w:tc>
          <w:tcPr>
            <w:tcW w:type="dxa" w:w="2160"/>
          </w:tcPr>
          <w:p>
            <w:r>
              <w:t>[DATE 10]</w:t>
            </w:r>
          </w:p>
        </w:tc>
        <w:tc>
          <w:tcPr>
            <w:tcW w:type="dxa" w:w="2160"/>
          </w:tcPr>
          <w:p>
            <w:r>
              <w:t>Day 10</w:t>
            </w:r>
          </w:p>
        </w:tc>
        <w:tc>
          <w:tcPr>
            <w:tcW w:type="dxa" w:w="2160"/>
          </w:tcPr>
          <w:p>
            <w:r>
              <w:t>[CITY 3]</w:t>
            </w:r>
          </w:p>
        </w:tc>
        <w:tc>
          <w:tcPr>
            <w:tcW w:type="dxa" w:w="2160"/>
          </w:tcPr>
          <w:p>
            <w:r>
              <w:t>Morning: [ATTRACTION 1]. Afternoon: [ATTRACTION 2]. Evening: [ACTIVITY].</w:t>
            </w:r>
          </w:p>
        </w:tc>
      </w:tr>
      <w:tr>
        <w:tc>
          <w:tcPr>
            <w:tcW w:type="dxa" w:w="2160"/>
          </w:tcPr>
          <w:p>
            <w:r>
              <w:t>[DATE 11]</w:t>
            </w:r>
          </w:p>
        </w:tc>
        <w:tc>
          <w:tcPr>
            <w:tcW w:type="dxa" w:w="2160"/>
          </w:tcPr>
          <w:p>
            <w:r>
              <w:t>Day 11</w:t>
            </w:r>
          </w:p>
        </w:tc>
        <w:tc>
          <w:tcPr>
            <w:tcW w:type="dxa" w:w="2160"/>
          </w:tcPr>
          <w:p>
            <w:r>
              <w:t>[CITY 3] → [CITY 4]</w:t>
            </w:r>
          </w:p>
        </w:tc>
        <w:tc>
          <w:tcPr>
            <w:tcW w:type="dxa" w:w="2160"/>
          </w:tcPr>
          <w:p>
            <w:r>
              <w:t>Morning: Check out. Travel to [CITY 4] by high-speed train. Check in at [HOTEL NAME]. Evening: [LANDMARK AREA].</w:t>
            </w:r>
          </w:p>
        </w:tc>
      </w:tr>
      <w:tr>
        <w:tc>
          <w:tcPr>
            <w:tcW w:type="dxa" w:w="2160"/>
          </w:tcPr>
          <w:p>
            <w:r>
              <w:t>[DATE 12]</w:t>
            </w:r>
          </w:p>
        </w:tc>
        <w:tc>
          <w:tcPr>
            <w:tcW w:type="dxa" w:w="2160"/>
          </w:tcPr>
          <w:p>
            <w:r>
              <w:t>Day 12</w:t>
            </w:r>
          </w:p>
        </w:tc>
        <w:tc>
          <w:tcPr>
            <w:tcW w:type="dxa" w:w="2160"/>
          </w:tcPr>
          <w:p>
            <w:r>
              <w:t>[CITY 4]</w:t>
            </w:r>
          </w:p>
        </w:tc>
        <w:tc>
          <w:tcPr>
            <w:tcW w:type="dxa" w:w="2160"/>
          </w:tcPr>
          <w:p>
            <w:r>
              <w:t>Morning: [ATTRACTION 1]. Afternoon: [ATTRACTION 2]. Evening: [ACTIVITY].</w:t>
            </w:r>
          </w:p>
        </w:tc>
      </w:tr>
      <w:tr>
        <w:tc>
          <w:tcPr>
            <w:tcW w:type="dxa" w:w="2160"/>
          </w:tcPr>
          <w:p>
            <w:r>
              <w:t>[DATE 13]</w:t>
            </w:r>
          </w:p>
        </w:tc>
        <w:tc>
          <w:tcPr>
            <w:tcW w:type="dxa" w:w="2160"/>
          </w:tcPr>
          <w:p>
            <w:r>
              <w:t>Day 13</w:t>
            </w:r>
          </w:p>
        </w:tc>
        <w:tc>
          <w:tcPr>
            <w:tcW w:type="dxa" w:w="2160"/>
          </w:tcPr>
          <w:p>
            <w:r>
              <w:t>[CITY 4]</w:t>
            </w:r>
          </w:p>
        </w:tc>
        <w:tc>
          <w:tcPr>
            <w:tcW w:type="dxa" w:w="2160"/>
          </w:tcPr>
          <w:p>
            <w:r>
              <w:t>Morning: [ATTRACTION 1]. Afternoon: [ATTRACTION 2]. Evening: farewell dinner.</w:t>
            </w:r>
          </w:p>
        </w:tc>
      </w:tr>
      <w:tr>
        <w:tc>
          <w:tcPr>
            <w:tcW w:type="dxa" w:w="2160"/>
          </w:tcPr>
          <w:p>
            <w:r>
              <w:t>[DATE 14]</w:t>
            </w:r>
          </w:p>
        </w:tc>
        <w:tc>
          <w:tcPr>
            <w:tcW w:type="dxa" w:w="2160"/>
          </w:tcPr>
          <w:p>
            <w:r>
              <w:t>Day 14</w:t>
            </w:r>
          </w:p>
        </w:tc>
        <w:tc>
          <w:tcPr>
            <w:tcW w:type="dxa" w:w="2160"/>
          </w:tcPr>
          <w:p>
            <w:r>
              <w:t>[CITY 4]</w:t>
            </w:r>
          </w:p>
        </w:tc>
        <w:tc>
          <w:tcPr>
            <w:tcW w:type="dxa" w:w="2160"/>
          </w:tcPr>
          <w:p>
            <w:r>
              <w:t>Morning: Check out. Transfer to [AIRPORT NAME]. Depart on [FLIGHT NO.] to [TRANSIT CITY]. Connect to [FLIGHT NO.] to [HOME CITY].</w:t>
            </w:r>
          </w:p>
        </w:tc>
      </w:tr>
    </w:tbl>
    <w:p/>
    <w:p>
      <w:r>
        <w:t>Note: This itinerary is prepared for visa application purposes. All flights and hotel bookings should be confirmed before submission. Activities listed are indicative and may vary. The family will return to [HOME COUNTRY] on [TRAVEL END DATE].</w:t>
      </w:r>
    </w:p>
    <w:p/>
    <w:p>
      <w:r>
        <w:t>Prepared by: [YOUR FULL NAME]</w:t>
      </w:r>
    </w:p>
    <w:p>
      <w:r>
        <w:t>Date: [DATE]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